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Servicebericht Arbeit Material und Folgeaufgaben</w:t>
      </w:r>
    </w:p>
    <w:p>
      <w:pPr>
        <w:pStyle w:val="Subtitle"/>
      </w:pPr>
      <w:r>
        <w:t>Ausgefülltes Beispiel</w:t>
      </w:r>
    </w:p>
    <w:p>
      <w:r>
        <w:t>Dokumentieren Sie einen Einsatz mit Auftrags- und Anlagenbezug. Ausgeführte Arbeiten, Material und offene Folgeaufgaben stehen getrennt bereit, damit Disposition und Büro weiterarbeiten können.</w:t>
      </w:r>
    </w:p>
    <w:p>
      <w:pPr>
        <w:pStyle w:val="Heading1"/>
      </w:pPr>
      <w:r>
        <w:t>Angaben zum Vorgang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973"/>
      </w:tblGrid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Auftragsnummer und Kunde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S-260918 · Musterbetrieb Nord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Datum, Standort und ausführende Person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18.09.2026 · Lager Nord, Technikraum · Alex Beispiel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Anlage oder Gerät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LA-03 · Lüftungsanlage, Typ Muster 300 · Seriennummer SYN-003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Anlass und beauftragter Umfang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Geplanter Filterwechsel und Reinigung des zugänglichen Gehäusebereichs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Ausgeführte Arbeit, Material und Ergebnis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Filter gewechselt, zugänglichen Gehäusebereich gereinigt. Beschädigter Halter festgestellt. Kein Funktionstest dokumentiert.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Geprüft und weitergegeben durch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Alex Beispiel · 18.09.2026 · Bericht mit Foto 03 an Disposition</w:t>
            </w:r>
          </w:p>
        </w:tc>
      </w:tr>
    </w:tbl>
    <w:p>
      <w:r>
        <w:br w:type="page"/>
      </w:r>
    </w:p>
    <w:p>
      <w:pPr>
        <w:pStyle w:val="Heading1"/>
      </w:pPr>
      <w:r>
        <w:t>Einträge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Offener Punkt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Bezug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Nächste Handlung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Verantwortung / Termin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Beschädigter Halter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LA-03, Foto 03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Ersatzteilnummer klären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Disposition</w:t>
              <w:br/>
              <w:t>22.09.2026, offen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Gewünschte Preisangabe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Kundengespräch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Angebot vorbereiten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Innendienst</w:t>
              <w:br/>
              <w:t>Nach Ersatzteilklärung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Folgeeinsatz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Auftrag S-260918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Erst nach Beauftragung planen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Disposition</w:t>
              <w:br/>
              <w:t>Noch nicht beauftragt</w:t>
            </w:r>
          </w:p>
        </w:tc>
      </w:tr>
    </w:tbl>
    <w:p>
      <w:pPr>
        <w:pStyle w:val="Heading1"/>
      </w:pPr>
      <w:r>
        <w:t>So verwenden Sie die Vorlage</w:t>
      </w:r>
    </w:p>
    <w:p>
      <w:pPr>
        <w:keepNext/>
      </w:pPr>
      <w:r>
        <w:t>1. Auftrag, Kunde, Standort und Anlage vor dem Schreiben eindeutig zuordnen.</w:t>
      </w:r>
    </w:p>
    <w:p>
      <w:pPr>
        <w:keepNext/>
      </w:pPr>
      <w:r>
        <w:t>2. Die ausgeführte Arbeit und das festgestellte Ergebnis anhand der Einsatznotizen erfassen; Material und zugehörige Fotos ergänzen.</w:t>
      </w:r>
    </w:p>
    <w:p>
      <w:pPr>
        <w:keepNext/>
      </w:pPr>
      <w:r>
        <w:t>3. Offene Arbeiten gesondert aufführen und benennen, wer Ersatzteil, Angebot oder Folgetermin klärt.</w:t>
      </w:r>
    </w:p>
    <w:p>
      <w:pPr>
        <w:keepNext w:val="0"/>
      </w:pPr>
      <w:r>
        <w:t>4. Den Bericht mit den ursprünglichen Aufzeichnungen abgleichen. Durchsicht, Empfänger und Übergabedatum festhalten.</w:t>
      </w:r>
    </w:p>
    <w:p>
      <w:pPr>
        <w:pStyle w:val="Heading1"/>
      </w:pPr>
      <w:r>
        <w:t>Hinweise zur Anwendung</w:t>
      </w:r>
    </w:p>
    <w:p>
      <w:pPr>
        <w:keepNext/>
      </w:pPr>
      <w:r>
        <w:t>Nur tatsächlich dokumentierte Tätigkeiten und Ergebnisse übernehmen. Ein nicht dokumentierter Funktionstest bleibt offen.</w:t>
      </w:r>
    </w:p>
    <w:p>
      <w:pPr>
        <w:keepNext/>
      </w:pPr>
      <w:r>
        <w:t>Die Vorlage dokumentiert Servicearbeiten. Sie ersetzt kein festgelegtes technisches Prüfverfahren und keinen erforderlichen Prüfnachweis.</w:t>
      </w:r>
    </w:p>
    <w:p>
      <w:pPr>
        <w:keepNext w:val="0"/>
      </w:pPr>
      <w:r>
        <w:t>Korrekturen mit Datum und Verantwortlichkeit ergänzen, damit die weitergegebene Fassung nachvollziehbar bleibt.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96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7"/>
      </w:rPr>
      <w:t>vorsprung-mit-ki.de/wissen/servicebericht-vorlage/</w:t>
      <w:br/>
      <w:t xml:space="preserve">Stand 21.09.2026 · Knüss Media GmbH ·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555"/>
        <w:sz w:val="18"/>
      </w:rPr>
      <w:t>VORSPRUNG MIT KI  /  PRAXISVORLAGEN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Servicebericht: Arbeit, Material und Folgeaufgaben</dc:title>
  <dc:subject/>
  <dc:creator>Knüss Media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