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Schadensmeldung vom Eingang zum nächsten Arbeitsschritt</w:t>
      </w:r>
    </w:p>
    <w:p>
      <w:pPr>
        <w:pStyle w:val="Subtitle"/>
      </w:pPr>
      <w:r>
        <w:t>Ausgefülltes Beispiel</w:t>
      </w:r>
    </w:p>
    <w:p>
      <w:r>
        <w:t>Ordnen Sie eine Meldung dem richtigen Objekt und Bereich zu. Fotos, Rückkontakt, Bearbeitungsstand und nächste Aufgabe bleiben in einem Vorgang zusammen.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Meldungskennung und Eingang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S-014; 14.09.2026, 09:10 Uhr; Meldungsformular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Objekt, Einheit und Ort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M-01; Wohnung M-07; Badezimmerdecke über Dusche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Beobachtung und Zeitpunkt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Dunkler Fleck, etwa 20 × 15 cm; am 14.09.2026 um 08:30 Uhr erstmals bemerkt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Bilder und weitere Unterlagen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S-014-01 Übersicht; S-014-02 Detail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Rückkontakt und Zugang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Kontakt im Vorgang hinterlegt; Rückruf zwischen 16:00 und 18:00 Uhr möglich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Zuständigkeit und nächster Schritt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Objektbetreuung; fachlichen Klärungsschritt und Zugang abstimmen</w:t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Zeitpunkt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 / Rückmeldung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Zuständig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Nächster Schritt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14.09., 09:10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Eingang erfasst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Verwaltung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Objekt zuordnen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14.09., 10:00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Meldung und Fotos zugeordnet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Objektbetreuung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Zugang abstimmen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14.09., 16:30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Rückkontakt erfolgt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Objektbetreuung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Fachliche Klärung organisieren</w:t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Eingang, Objekt und genaue Schadensstelle eintragen. Beobachtung und Zeitpunkt der Feststellung aufnehmen.</w:t>
      </w:r>
    </w:p>
    <w:p>
      <w:pPr>
        <w:keepNext/>
      </w:pPr>
      <w:r>
        <w:t>2. Fotos und vorhandene Nachrichten zuordnen; fehlende Angaben gezielt nachfragen.</w:t>
      </w:r>
    </w:p>
    <w:p>
      <w:pPr>
        <w:keepNext/>
      </w:pPr>
      <w:r>
        <w:t>3. Zuständige Person, nächsten Arbeitsschritt und Kontakt für den Zugang festhalten.</w:t>
      </w:r>
    </w:p>
    <w:p>
      <w:pPr>
        <w:keepNext w:val="0"/>
      </w:pPr>
      <w:r>
        <w:t>4. Rückmeldungen im Verlauf ergänzen. Beim Abschluss das tatsächliche Ergebnis mit Datum und Unterlagen dokumentieren.</w:t>
      </w:r>
    </w:p>
    <w:p>
      <w:pPr>
        <w:pStyle w:val="Heading1"/>
      </w:pPr>
      <w:r>
        <w:t>Hinweise zur Anwendung</w:t>
      </w:r>
    </w:p>
    <w:p>
      <w:pPr>
        <w:keepNext/>
      </w:pPr>
      <w:r>
        <w:t>Eine sichtbare Beobachtung belegt noch keine Ursache. Vermutungen kennzeichnen und ungeklärte Ursachen offenlassen.</w:t>
      </w:r>
    </w:p>
    <w:p>
      <w:pPr>
        <w:keepNext/>
      </w:pPr>
      <w:r>
        <w:t>Ein beauftrageter Schritt ist noch keine erledigte Arbeit. Den tatsächlichen Abschluss gesondert erfassen.</w:t>
      </w:r>
    </w:p>
    <w:p>
      <w:pPr>
        <w:keepNext w:val="0"/>
      </w:pPr>
      <w:r>
        <w:t>Bei akuten Ereignissen den für das Objekt vorgesehenen Notfallweg nutzen; die Bearbeitungsliste ersetzt ihn nicht.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vorsprung-mit-ki.de/wissen/schadensmeldung-vorlage/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Schadensmeldung: vom Eingang zum nächsten Arbeitsschritt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