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Rechnungseingang von der Originaldatei zur Freigabe</w:t>
      </w:r>
    </w:p>
    <w:p>
      <w:pPr>
        <w:pStyle w:val="Subtitle"/>
      </w:pPr>
      <w:r>
        <w:t>Ausgefülltes Beispiel</w:t>
      </w:r>
    </w:p>
    <w:p>
      <w:r>
        <w:t>Halten Sie für eine Rechnung fest, wer Eingang, Leistung und offene Rückfragen bearbeitet. Die Freigabe und anschließende Übergabe bleiben vom bloßen Dateieingang getrennt.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Vorgang und Rechnung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RE-260918 · Rechnung R-1042 · Musterlieferant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Eingang und Originaldatei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18.09.2026 · Rechnungspostfach · Vorgangsablage RE-260918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Bestellung oder Leistungsbezug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Bestellung B-221 · Filtereinsätze für Werkstatt Nord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Prüfverantwortung und Vertretung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Sachliche Prüfung: Kim Beispiel · Vertretung: Sam Beispiel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Aktueller Stand und offene Frage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Datei lesbar; Rechnung nennt zehn Stück, Wareneingang acht Stück. Menge klären.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Freigabe und nächste Übergabe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Noch nicht freigegeben. Nach Klärung an benannte Freigabestelle, anschließend Buchhaltung.</w:t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Schritt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Verantwortung / Wiedervorlage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Unterlage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Ergebnis / Stand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Eingang zuordnen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Büro</w:t>
              <w:br/>
              <w:t>Erledigt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Original R-1042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Mit B-221 verknüpft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Leistung prüfen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Kim Beispiel</w:t>
              <w:br/>
              <w:t>21.09.2026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Wareneingang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Menge weicht ab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Rückfrage klären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Sam Beispiel</w:t>
              <w:br/>
              <w:t>22.09.2026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Antwort Lieferant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Antwort steht aus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Freigabe übergeben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Freigabestelle</w:t>
              <w:br/>
              <w:t>Nach Klärung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Geklärter Vorgang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Noch offen</w:t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Rechnung mit Vorgangsnummer, Eingang und unveränderter Originaldatei erfassen.</w:t>
      </w:r>
    </w:p>
    <w:p>
      <w:pPr>
        <w:keepNext/>
      </w:pPr>
      <w:r>
        <w:t>2. Bestellung oder Leistungsnachweis zuordnen und eine Person für die sachliche Prüfung benennen.</w:t>
      </w:r>
    </w:p>
    <w:p>
      <w:pPr>
        <w:keepNext/>
      </w:pPr>
      <w:r>
        <w:t>3. Abweichungen als konkrete Rückfragen dokumentieren. Zuständigkeit und Wiedervorlage festlegen.</w:t>
      </w:r>
    </w:p>
    <w:p>
      <w:pPr>
        <w:keepNext w:val="0"/>
      </w:pPr>
      <w:r>
        <w:t>4. Erst die tatsächliche Freigabe mit Datum eintragen und anschließend die Übergabe an die Buchhaltung dokumentieren.</w:t>
      </w:r>
    </w:p>
    <w:p>
      <w:pPr>
        <w:pStyle w:val="Heading1"/>
      </w:pPr>
      <w:r>
        <w:t>Hinweise zur Anwendung</w:t>
      </w:r>
    </w:p>
    <w:p>
      <w:pPr>
        <w:keepNext/>
      </w:pPr>
      <w:r>
        <w:t>Eine lesbare Rechnung ist noch keine sachlich geprüfte oder freigegebene Rechnung.</w:t>
      </w:r>
    </w:p>
    <w:p>
      <w:pPr>
        <w:keepNext/>
      </w:pPr>
      <w:r>
        <w:t>Korrekturen demselben Vorgang zuordnen; Originaldateien nicht still überschreiben. Aufbewahrung und steuerliche Fragen mit der zuständigen Betreuung abstimmen.</w:t>
      </w:r>
    </w:p>
    <w:p>
      <w:pPr>
        <w:keepNext w:val="0"/>
      </w:pPr>
      <w:r>
        <w:t>Der Ablaufbogen bildet den einzelnen Rechnungsvorgang ab. Er ist keine vollständige Verfahrensdokumentation und enthält keine Konformitätszusage.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vorsprung-mit-ki.de/wissen/rechnungseingang-organisieren/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Rechnungseingang: von der Originaldatei zur Freigabe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