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 Anwendung prüfen Eingabe Erwartung und Ergebnis</w:t>
      </w:r>
    </w:p>
    <w:p>
      <w:pPr>
        <w:pStyle w:val="Subtitle"/>
      </w:pPr>
      <w:r>
        <w:t>Ausgefülltes Beispiel</w:t>
      </w:r>
    </w:p>
    <w:p>
      <w:r>
        <w:t>Prüfen Sie eine klar abgegrenzte Aufgabe mit festen Eingaben. Halten Sie vorab das erwartete Ergebnis fest und dokumentieren Sie, welche Fehler eine betriebliche Freigabe verhindern.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Anwendung und abgegrenzte Aufgabe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Erfassung von Serviceanfragen: Anlage, Terminwunsch und offene Rückfrage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der Anwendung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Testkonfiguration A · Stand 20.09.2026 · keine echten Kundenaktionen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Prüfende Person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Kim Beispiel · 20.09.2026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Freigabekriterium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Keine halluzinierten Anlagenkennungen; ausgeschlossene Termine nicht als Wunsch erfassen; Widersprüche anzeigen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Daten und Grenzen der Stichprobe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Vier Textfälle; keine Audio-, Bild- oder Fremdsprachtests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Ergebnis und nächster Schritt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Illustrative Auswertung: Drei Fälle erfüllt, eine falsche Terminzuordnung. Konfiguration prüfen; keine Freigabe für automatische Terminaktionen.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Eingabe / Fall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Soll-Ergebnis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Beobachtetes Ergebnis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Bewertung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LA-03, bitte nicht Donnerstag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Donnerstag ausgeschlossen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Donnerstag als Wunsch erfasst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Fehler; Freigabe verhindert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Termin für unsere Anlage?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Anlage ungeklärt; Rückfrage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Rückfrage vorgeschlagen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Erwartung erfüllt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Mail: acht; Anhang: zehn Stück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Widerspruch anzeigen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Beide Mengen angezeigt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Erwartung erfüllt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Bekannte Anfrage erneut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Mögliche Dublette prüfen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Prüfung vor neuem Vorgang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Erwartung erfüllt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Aufgabe, Konfiguration und zulässige Testdaten festlegen; ungeprüfte Eingabearten benennen.</w:t>
      </w:r>
    </w:p>
    <w:p>
      <w:pPr>
        <w:keepNext/>
      </w:pPr>
      <w:r>
        <w:t>2. Für jeden Fall das Soll-Ergebnis und kritische Fehler vor dem Test aufschreiben.</w:t>
      </w:r>
    </w:p>
    <w:p>
      <w:pPr>
        <w:keepNext/>
      </w:pPr>
      <w:r>
        <w:t>3. Die tatsächliche Ausgabe unverändert festhalten und Abweichungen zum Soll-Ergebnis bewerten.</w:t>
      </w:r>
    </w:p>
    <w:p>
      <w:pPr>
        <w:keepNext w:val="0"/>
      </w:pPr>
      <w:r>
        <w:t>4. Nach Änderungen betroffene Fälle erneut prüfen. Befund und Entscheidung über den erlaubten Einsatz getrennt dokumentieren.</w:t>
      </w:r>
    </w:p>
    <w:p>
      <w:pPr>
        <w:pStyle w:val="Heading1"/>
      </w:pPr>
      <w:r>
        <w:t>Hinweise zur Anwendung</w:t>
      </w:r>
    </w:p>
    <w:p>
      <w:pPr>
        <w:keepNext/>
      </w:pPr>
      <w:r>
        <w:t>Eine bestandene Stichprobe garantiert kein Verhalten bei ungeprüften Eingaben.</w:t>
      </w:r>
    </w:p>
    <w:p>
      <w:pPr>
        <w:keepNext/>
      </w:pPr>
      <w:r>
        <w:t>Für eine betriebliche Bewertung zählen die tatsächlich beobachteten Ausgaben der geprüften Anwendung.</w:t>
      </w:r>
    </w:p>
    <w:p>
      <w:pPr>
        <w:keepNext w:val="0"/>
      </w:pPr>
      <w:r>
        <w:t>Die Vorlage ist kein gesetzliches Audit, Zertifikat oder rechtliche Freigabe.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vorsprung-mit-ki.de/wissen/ki-ergebnisse-pruefen/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KI-Anwendung prüfen: Eingabe, Erwartung und Ergebnis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