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Eignungsunterlagen Was verlangt wird und was noch fehlt</w:t>
      </w:r>
    </w:p>
    <w:p>
      <w:pPr>
        <w:pStyle w:val="Subtitle"/>
      </w:pPr>
      <w:r>
        <w:t>Ausgefülltes Beispiel</w:t>
      </w:r>
    </w:p>
    <w:p>
      <w:r>
        <w:t>Übertragen Sie die Anforderungen einer Ausschreibung in eine Nachweisliste mit Fundstelle, Vorlagezeitpunkt und zuständiger Person. Offene Unterlagen und Rückfragen bleiben bis zur Abgabe sichtbar.</w:t>
      </w:r>
    </w:p>
    <w:p>
      <w:pPr>
        <w:pStyle w:val="Heading1"/>
      </w:pPr>
      <w:r>
        <w:t>Angaben zum Vorgang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91"/>
        <w:gridCol w:w="6973"/>
      </w:tblGrid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Vergabenummer und Leistung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V-2026-041; Trockenbau Mustergebäude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der Unterlagen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Paket vom 10.09.2026; Ergänzung 1 vom 14.09.2026 berücksichtigt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Abgabezeitpunkt und Fundstelle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30.09.2026, 12:00 Uhr; Aufforderung, Abschnitt 4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Interner Vorbereitungstermin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24.09.2026; Paket zur abschließenden Prüfung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Verantwortung und Ablage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Angebotsleitung; Projektordner V-2026-041</w:t>
            </w:r>
          </w:p>
        </w:tc>
      </w:tr>
      <w:tr>
        <w:trPr>
          <w:cantSplit/>
        </w:trPr>
        <w:tc>
          <w:tcPr>
            <w:tcW w:type="dxa" w:w="2891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Abgabebestätigung</w:t>
            </w:r>
          </w:p>
        </w:tc>
        <w:tc>
          <w:tcPr>
            <w:tcW w:type="dxa" w:w="6973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Noch offen; nach tatsächlicher Abgabe ergänzen</w:t>
            </w:r>
          </w:p>
        </w:tc>
      </w:tr>
    </w:tbl>
    <w:p>
      <w:r>
        <w:br w:type="page"/>
      </w:r>
    </w:p>
    <w:p>
      <w:pPr>
        <w:pStyle w:val="Heading1"/>
      </w:pPr>
      <w:r>
        <w:t>Einträge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466"/>
        <w:gridCol w:w="2466"/>
        <w:gridCol w:w="2466"/>
        <w:gridCol w:w="2466"/>
      </w:tblGrid>
      <w:tr>
        <w:trPr>
          <w:tblHeader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Anforderung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Fundstelle / Vorlagezeitpunkt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Stand / Aktion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6DC"/>
          </w:tcPr>
          <w:p>
            <w:pPr>
              <w:spacing w:after="60"/>
            </w:pPr>
            <w:r>
              <w:rPr>
                <w:b/>
                <w:color w:val="000000"/>
                <w:sz w:val="20"/>
              </w:rPr>
              <w:t>Zuständig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Eigenerklärung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Formular im Paket</w:t>
              <w:br/>
              <w:t>Mit Angebot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Entwurf prüfen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Geschäftsführung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Referenznachweise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Anforderung R2</w:t>
              <w:br/>
              <w:t>Auf Verlangen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Dritten Nachweis beschaffen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5F4E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Angebotsleitung</w:t>
            </w:r>
          </w:p>
        </w:tc>
      </w:tr>
      <w:tr>
        <w:trPr>
          <w:cantSplit/>
        </w:trPr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Projektnachweis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Anlage E, Nr. 4</w:t>
              <w:br/>
              <w:t>Mit Angebot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Anforderung klären</w:t>
            </w:r>
          </w:p>
        </w:tc>
        <w:tc>
          <w:tcPr>
            <w:tcW w:type="dxa" w:w="2466"/>
            <w:vAlign w:val="center"/>
            <w:tcMar>
              <w:top w:w="110" w:type="dxa"/>
              <w:left w:w="110" w:type="dxa"/>
              <w:bottom w:w="110" w:type="dxa"/>
              <w:right w:w="11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FFFFFF"/>
          </w:tcPr>
          <w:p>
            <w:pPr>
              <w:spacing w:after="60"/>
            </w:pPr>
            <w:r>
              <w:rPr>
                <w:b w:val="0"/>
                <w:color w:val="000000"/>
                <w:sz w:val="20"/>
              </w:rPr>
              <w:t>Fachleitung</w:t>
            </w:r>
          </w:p>
        </w:tc>
      </w:tr>
    </w:tbl>
    <w:p>
      <w:pPr>
        <w:pStyle w:val="Heading1"/>
      </w:pPr>
      <w:r>
        <w:t>So verwenden Sie die Vorlage</w:t>
      </w:r>
    </w:p>
    <w:p>
      <w:pPr>
        <w:keepNext/>
      </w:pPr>
      <w:r>
        <w:t>1. Vergabenummer, aktuelle Unterlagenfassung und Abgabefrist mit genauer Fundstelle eintragen.</w:t>
      </w:r>
    </w:p>
    <w:p>
      <w:pPr>
        <w:keepNext/>
      </w:pPr>
      <w:r>
        <w:t>2. Jede Anforderung einzeln aufnehmen und unterscheiden, ob der Nachweis mit dem Angebot oder erst auf Verlangen vorzulegen ist.</w:t>
      </w:r>
    </w:p>
    <w:p>
      <w:pPr>
        <w:keepNext/>
      </w:pPr>
      <w:r>
        <w:t>3. Vorhandene Nachweise auf verlangten Inhalt und Stand prüfen. Fehlende oder unklare Punkte einer Person zuweisen.</w:t>
      </w:r>
    </w:p>
    <w:p>
      <w:pPr>
        <w:keepNext w:val="0"/>
      </w:pPr>
      <w:r>
        <w:t>4. Vor der Abgabe die ausgewählten Dateien mit der Liste abgleichen. Nach erfolgter Abgabe die Bestätigung zum Vorgang nehmen.</w:t>
      </w:r>
    </w:p>
    <w:p>
      <w:pPr>
        <w:pStyle w:val="Heading1"/>
      </w:pPr>
      <w:r>
        <w:t>Hinweise zur Anwendung</w:t>
      </w:r>
    </w:p>
    <w:p>
      <w:pPr>
        <w:keepNext/>
      </w:pPr>
      <w:r>
        <w:t>Maßgeblich sind die Formulare und Anforderungen des jeweiligen Verfahrens; übernehmen Sie keine Beispielanforderung ungeprüft.</w:t>
      </w:r>
    </w:p>
    <w:p>
      <w:pPr>
        <w:keepNext/>
      </w:pPr>
      <w:r>
        <w:t>Eigene Vorbereitungstermine getrennt von der verbindlichen Abgabefrist eintragen.</w:t>
      </w:r>
    </w:p>
    <w:p>
      <w:pPr>
        <w:keepNext w:val="0"/>
      </w:pPr>
      <w:r>
        <w:t>Ergänzungen der Vergabeunterlagen nachführen und Rückfragen mit der betroffenen Fundstelle formulieren.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020" w:bottom="964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7"/>
      </w:rPr>
      <w:t>vorsprung-mit-ki.de/wissen/eignungsunterlagen-ausschreibung/</w:t>
      <w:br/>
      <w:t xml:space="preserve">Stand 21.09.2026 · Knüss Media GmbH · Seite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55555"/>
        <w:sz w:val="18"/>
      </w:rPr>
      <w:t>VORSPRUNG MIT KI  /  PRAXISVORLAGEN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4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8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Eignungsunterlagen: Was verlangt wird und was noch fehlt</dc:title>
  <dc:subject/>
  <dc:creator>Knüss Media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