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Bautagebuch Arbeiten und offene Punkte pro Tag</w:t>
      </w:r>
    </w:p>
    <w:p>
      <w:pPr>
        <w:pStyle w:val="Subtitle"/>
      </w:pPr>
      <w:r>
        <w:t>Vorlage zum Ausfüllen</w:t>
      </w:r>
    </w:p>
    <w:p>
      <w:r>
        <w:t>Halten Sie fest, was an welchem Ort ausgeführt wurde, welche Fotos dazugehören und was als Nächstes zu klären ist. Das Tagesblatt führt Arbeiten, Ereignisse und Zuständigkeiten zusammen.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Projekt und Bauabschnitt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Projektkennung und genauer Bereich.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Datum und erfasst durch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Tag des Geschehens; Name oder Funktion der erfassenden Person.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Beteiligte und Einsatz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Firmen, Funktionen und tatsächlich eingesetzte Personen oder Geräte.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Wetter und Beobachtungszeit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Tatsächlich beobachtete Bedingungen, soweit für die Arbeiten relevant.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Plan- oder Positionskennung und Datum.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Prüfung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Wer prüft den Eintrag und wo liegen Bericht und zugeordnete Dateien?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 / Ort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Arbeit / Ereignis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Dateibezug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 / zuständig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Projekt, Bauabschnitt, Datum und verwendeten Planstand eintragen.</w:t>
      </w:r>
    </w:p>
    <w:p>
      <w:pPr>
        <w:keepNext/>
      </w:pPr>
      <w:r>
        <w:t>2. Arbeiten und Ereignisse mit Uhrzeit und genauem Ort beschreiben. Geplante Arbeiten gesondert kennzeichnen.</w:t>
      </w:r>
    </w:p>
    <w:p>
      <w:pPr>
        <w:keepNext/>
      </w:pPr>
      <w:r>
        <w:t>3. Fotos, Pläne und Nachrichten über ihre Dateikennung dem Eintrag zuordnen.</w:t>
      </w:r>
    </w:p>
    <w:p>
      <w:pPr>
        <w:keepNext w:val="0"/>
      </w:pPr>
      <w:r>
        <w:t>4. Für jeden offenen Punkt eine zuständige Person benennen. Den Tagesbericht prüfen und spätere Ergänzungen mit Datum hinzufügen.</w:t>
      </w:r>
    </w:p>
    <w:p>
      <w:pPr>
        <w:pStyle w:val="Heading1"/>
      </w:pPr>
      <w:r>
        <w:t>Hinweise zur Anwendung</w:t>
      </w:r>
    </w:p>
    <w:p>
      <w:pPr>
        <w:keepNext/>
      </w:pPr>
      <w:r>
        <w:t>Beschreiben Sie ausgeführte Arbeiten so, dass die Projektleitung den Stand auch ohne eigene Anwesenheit nachvollziehen kann.</w:t>
      </w:r>
    </w:p>
    <w:p>
      <w:pPr>
        <w:keepNext/>
      </w:pPr>
      <w:r>
        <w:t>Mitteilungen zu Änderungen oder Behinderungen mit Empfänger und Versandbezug verknüpfen. Ein Tagesbucheintrag ersetzt diese gesonderten Mitteilungen nicht.</w:t>
      </w:r>
    </w:p>
    <w:p>
      <w:pPr>
        <w:keepNext w:val="0"/>
      </w:pPr>
      <w:r>
        <w:t>Passen Sie das Tagesblatt an die Projektvorgaben und den beauftragten Dokumentationsumfang an.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vorsprung-mit-ki.de/wissen/bautagebuch-vorlage/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Bautagebuch: Arbeiten und offene Punkte pro Tag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