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Angebote vergleichen gleicher Umfang nachvollziehbare Preise</w:t>
      </w:r>
    </w:p>
    <w:p>
      <w:pPr>
        <w:pStyle w:val="Subtitle"/>
      </w:pPr>
      <w:r>
        <w:t>Ausgefülltes Beispiel</w:t>
      </w:r>
    </w:p>
    <w:p>
      <w:r>
        <w:t>Stellen Sie Angebote anhand derselben benötigten Leistungen gegenüber. Jede Preis- und Leistungsangabe erhält ihre Fundstelle; offene Bestandteile bleiben bis zur Rückfrage sichtbar.</w:t>
      </w:r>
    </w:p>
    <w:p>
      <w:pPr>
        <w:pStyle w:val="Heading1"/>
      </w:pPr>
      <w:r>
        <w:t>Angaben zum Vorgang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973"/>
      </w:tblGrid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Beschaffung und Bedarf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Ein Beispielgerät einschließlich Lieferung, Montage und Inbetriebnahme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Angebot A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Musteranbieter A · A-218 · 15.09.2026 · erste Fassung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Angebot B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Musteranbieter B · B-341 · 16.09.2026 · erste Fassung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Gemeinsame Vergleichsbasis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Nettobeträge für ein Gerät; Ausführung und Liefertermin noch abzugleichen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Offene Hauptfrage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Ist die Inbetriebnahme bei A im genannten Preis enthalten?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Entscheidung und Verantwortlichkeit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Noch keine Auswahl · Beschaffung: Alex Beispiel · Rückfrage an A vorbereiten</w:t>
            </w:r>
          </w:p>
        </w:tc>
      </w:tr>
    </w:tbl>
    <w:p>
      <w:r>
        <w:br w:type="page"/>
      </w:r>
    </w:p>
    <w:p>
      <w:pPr>
        <w:pStyle w:val="Heading1"/>
      </w:pPr>
      <w:r>
        <w:t>Einträge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Benötigte Leistung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Angebot A / Fundstelle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Angebot B / Fundstelle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Klärung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Gerät und Lieferung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4.800 € netto inkl. Montage · Pos. 1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4.400 € netto · Pos. 1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Gleiche Ausführung bestätigen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Montage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Enthalten · Pos. 1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Mit Inbetriebnahme 600 € netto · Pos. 2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Umfang abgleichen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Inbetriebnahme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Nicht eindeutig genannt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Enthalten · Pos. 2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A schriftlich fragen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Bekannte Summe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4.800 € netto, Umfang offen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5.000 € netto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Noch kein abschließender Vergleich</w:t>
            </w:r>
          </w:p>
        </w:tc>
      </w:tr>
    </w:tbl>
    <w:p>
      <w:pPr>
        <w:pStyle w:val="Heading1"/>
      </w:pPr>
      <w:r>
        <w:t>So verwenden Sie die Vorlage</w:t>
      </w:r>
    </w:p>
    <w:p>
      <w:pPr>
        <w:keepNext/>
      </w:pPr>
      <w:r>
        <w:t>1. Die benötigten Leistungen und Mengen als gemeinsame Vergleichsliste festhalten.</w:t>
      </w:r>
    </w:p>
    <w:p>
      <w:pPr>
        <w:keepNext/>
      </w:pPr>
      <w:r>
        <w:t>2. Angebotsnummer, Datum und Fassung erfassen. Beträge und Leistungsumfang mit Position oder Seite übernehmen.</w:t>
      </w:r>
    </w:p>
    <w:p>
      <w:pPr>
        <w:keepNext/>
      </w:pPr>
      <w:r>
        <w:t>3. Steuerbasis, enthaltene Arbeiten und wesentliche Bedingungen abgleichen. Unklare Bestandteile beim jeweiligen Anbieter nachfragen.</w:t>
      </w:r>
    </w:p>
    <w:p>
      <w:pPr>
        <w:keepNext w:val="0"/>
      </w:pPr>
      <w:r>
        <w:t>4. Antworten und ergänzte Angebote zuordnen. Erst danach die Auswahl mit Begründung und verantwortlicher Person dokumentieren.</w:t>
      </w:r>
    </w:p>
    <w:p>
      <w:pPr>
        <w:pStyle w:val="Heading1"/>
      </w:pPr>
      <w:r>
        <w:t>Hinweise zur Anwendung</w:t>
      </w:r>
    </w:p>
    <w:p>
      <w:pPr>
        <w:keepNext/>
      </w:pPr>
      <w:r>
        <w:t>Ein nicht genannter Preis ist kein Nullpreis. Unbekannte Leistungen nicht als enthalten behandeln.</w:t>
      </w:r>
    </w:p>
    <w:p>
      <w:pPr>
        <w:keepNext/>
      </w:pPr>
      <w:r>
        <w:t>Eine bekannte Summe bei offenem Leistungsumfang ist noch kein vollständiger Vergleichspreis.</w:t>
      </w:r>
    </w:p>
    <w:p>
      <w:pPr>
        <w:keepNext w:val="0"/>
      </w:pPr>
      <w:r>
        <w:t>Preis, technische Eignung und entscheidende Bedingungen getrennt bewerten.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96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7"/>
      </w:rPr>
      <w:t>vorsprung-mit-ki.de/wissen/angebote-vergleichen-vorlage/</w:t>
      <w:br/>
      <w:t xml:space="preserve">Stand 21.09.2026 · Knüss Media GmbH ·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555"/>
        <w:sz w:val="18"/>
      </w:rPr>
      <w:t>VORSPRUNG MIT KI  /  PRAXISVORLAGEN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Angebote vergleichen: gleicher Umfang, nachvollziehbare Preise</dc:title>
  <dc:subject/>
  <dc:creator>Knüss Media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