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Betriebskosten Belege und Rückfragen für die Abrechnung</w:t>
      </w:r>
    </w:p>
    <w:p>
      <w:pPr>
        <w:pStyle w:val="Subtitle"/>
      </w:pPr>
      <w:r>
        <w:t>Ausgefülltes Beispiel</w:t>
      </w:r>
    </w:p>
    <w:p>
      <w:r>
        <w:t>Stellen Sie Belege, Verteilgrundlagen, Nutzerdaten und Vorauszahlungen für einen Abrechnungszeitraum zusammen. Die Liste zeigt, welche Zuordnung vor der fachlichen Prüfung noch geklärt werden muss.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Objekt und Abrechnungszeitraum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Musterobjekt M-01; 01.01.2025 bis 31.12.2025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Vertrags- und Verteilgrundlagen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Mietvertragsordner M-01; Flächenliste F-2025; Zuordnung zur Prüfung offen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Nutzer- und Einheitenstand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Einheitenliste E-2025; Nutzerwechsel in M-07 noch abzugleichen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Vorauszahlungen und Datenstand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Kontenübersicht VZ-2025; Stand 14.09.2026; zwei Buchungen zu klären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Frist und Quelle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Mitteilung bis 31.12.2026 bei Wohnraum-Vorauszahlungen für Kalenderjahr 2025; § 556 Abs. 3 BGB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und Übergabetermin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Abrechnungsteam; interne Übergabe zur Prüfung bis 30.09.2026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Beleg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Zeitraum / Bezug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Betrag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Prüffrage / Zuständigkeit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A-15 Abfall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Januar bis Dezember 2025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1.080 €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Vertragszuordnung prüfen</w:t>
              <w:br/>
              <w:t>Abrechnung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H-08 Handwerker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18.06.2025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780 €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Wartung/Reparatur aufteilen</w:t>
              <w:br/>
              <w:t>Objektbetreuung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G-03 Gutschrift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Zu Rechnung E-11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120 €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Ausgangsbeleg verknüpfen</w:t>
              <w:br/>
              <w:t>Buchhaltung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Objekt und Abrechnungszeitraum festlegen. Die verwendeten Fassungen von Vertrags-, Flächen- und Nutzerdaten angeben.</w:t>
      </w:r>
    </w:p>
    <w:p>
      <w:pPr>
        <w:keepNext/>
      </w:pPr>
      <w:r>
        <w:t>2. Jeden Beleg dem Objekt und Leistungszeitraum zuordnen; Rechnungsdatum gesondert erfassen.</w:t>
      </w:r>
    </w:p>
    <w:p>
      <w:pPr>
        <w:keepNext/>
      </w:pPr>
      <w:r>
        <w:t>3. Doppelte Erfassungen, Gutschriften und Korrekturen abgleichen. Offene Buchungen oder Nutzerwechsel als konkrete Rückfragen zuweisen.</w:t>
      </w:r>
    </w:p>
    <w:p>
      <w:pPr>
        <w:keepNext w:val="0"/>
      </w:pPr>
      <w:r>
        <w:t>4. Liste und Originalbelege gemeinsam zur fachlichen Prüfung übergeben. Geprüfte Frist und internen Übergabetermin getrennt festhalten.</w:t>
      </w:r>
    </w:p>
    <w:p>
      <w:pPr>
        <w:pStyle w:val="Heading1"/>
      </w:pPr>
      <w:r>
        <w:t>Hinweise zur Anwendung</w:t>
      </w:r>
    </w:p>
    <w:p>
      <w:pPr>
        <w:keepNext/>
      </w:pPr>
      <w:r>
        <w:t>Ein erfasster Beleg ist noch keine Entscheidung über seine Umlagefähigkeit.</w:t>
      </w:r>
    </w:p>
    <w:p>
      <w:pPr>
        <w:keepNext/>
      </w:pPr>
      <w:r>
        <w:t>Leistungszeitraum und Rechnungsdatum getrennt behandeln; die verwendeten Verteil- und Nutzerdaten beim Vorgang aufbewahren.</w:t>
      </w:r>
    </w:p>
    <w:p>
      <w:pPr>
        <w:keepNext w:val="0"/>
      </w:pPr>
      <w:r>
        <w:t>Die Frist im ausgefüllten Beispiel gilt für den dort beschriebenen Fall. Andere Konstellationen müssen gesondert bestimmt werden.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vorsprung-mit-ki.de/wissen/betriebskosten-unterlagen/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Betriebskosten: Belege und Rückfragen für die Abrechnung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